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D84FF" w14:textId="3CB0747C" w:rsidR="00AB6DB5" w:rsidRPr="00E01930" w:rsidRDefault="00B1045C" w:rsidP="00E01930">
      <w:pPr>
        <w:jc w:val="center"/>
        <w:rPr>
          <w:b/>
          <w:bCs/>
          <w:u w:val="double"/>
        </w:rPr>
      </w:pPr>
      <w:r w:rsidRPr="00E01930">
        <w:rPr>
          <w:b/>
          <w:bCs/>
          <w:u w:val="double"/>
        </w:rPr>
        <w:t xml:space="preserve">REQUISITOS </w:t>
      </w:r>
      <w:proofErr w:type="gramStart"/>
      <w:r w:rsidR="00D5134E" w:rsidRPr="00E01930">
        <w:rPr>
          <w:b/>
          <w:bCs/>
          <w:u w:val="double"/>
        </w:rPr>
        <w:t>PARA  INGRESO</w:t>
      </w:r>
      <w:proofErr w:type="gramEnd"/>
      <w:r w:rsidR="00D5134E" w:rsidRPr="00E01930">
        <w:rPr>
          <w:b/>
          <w:bCs/>
          <w:u w:val="double"/>
        </w:rPr>
        <w:t xml:space="preserve"> </w:t>
      </w:r>
      <w:r w:rsidR="00E01930" w:rsidRPr="00E01930">
        <w:rPr>
          <w:b/>
          <w:bCs/>
          <w:u w:val="double"/>
        </w:rPr>
        <w:t xml:space="preserve"> </w:t>
      </w:r>
      <w:proofErr w:type="gramStart"/>
      <w:r w:rsidR="00E01930">
        <w:rPr>
          <w:b/>
          <w:bCs/>
          <w:u w:val="double"/>
        </w:rPr>
        <w:t>-</w:t>
      </w:r>
      <w:r w:rsidR="00E01930" w:rsidRPr="00E01930">
        <w:rPr>
          <w:b/>
          <w:bCs/>
          <w:u w:val="double"/>
        </w:rPr>
        <w:t xml:space="preserve">  </w:t>
      </w:r>
      <w:r w:rsidR="00481B66" w:rsidRPr="00E01930">
        <w:rPr>
          <w:b/>
          <w:bCs/>
          <w:u w:val="double"/>
        </w:rPr>
        <w:t>NIVEL</w:t>
      </w:r>
      <w:proofErr w:type="gramEnd"/>
      <w:r w:rsidR="00481B66" w:rsidRPr="00E01930">
        <w:rPr>
          <w:b/>
          <w:bCs/>
          <w:u w:val="double"/>
        </w:rPr>
        <w:t xml:space="preserve"> INICIAL Y PRIMARIO</w:t>
      </w:r>
    </w:p>
    <w:p w14:paraId="1715F0DA" w14:textId="3F87B987" w:rsidR="00035AD2" w:rsidRPr="00A03260" w:rsidRDefault="00035AD2" w:rsidP="00035AD2">
      <w:pPr>
        <w:pStyle w:val="Prrafodelista"/>
        <w:numPr>
          <w:ilvl w:val="0"/>
          <w:numId w:val="10"/>
        </w:numPr>
        <w:rPr>
          <w:b/>
          <w:sz w:val="20"/>
          <w:szCs w:val="20"/>
        </w:rPr>
      </w:pPr>
      <w:r w:rsidRPr="00A03260">
        <w:rPr>
          <w:b/>
          <w:sz w:val="20"/>
          <w:szCs w:val="20"/>
        </w:rPr>
        <w:t xml:space="preserve">ENTREVISTA </w:t>
      </w:r>
      <w:r w:rsidR="00E01930">
        <w:rPr>
          <w:b/>
          <w:sz w:val="20"/>
          <w:szCs w:val="20"/>
        </w:rPr>
        <w:t xml:space="preserve">PREVIA </w:t>
      </w:r>
      <w:r w:rsidRPr="00A03260">
        <w:rPr>
          <w:b/>
          <w:sz w:val="20"/>
          <w:szCs w:val="20"/>
        </w:rPr>
        <w:t xml:space="preserve">CON </w:t>
      </w:r>
      <w:r w:rsidR="00481B66">
        <w:rPr>
          <w:b/>
          <w:sz w:val="20"/>
          <w:szCs w:val="20"/>
        </w:rPr>
        <w:t>LA DIRECTORA</w:t>
      </w:r>
      <w:r w:rsidRPr="00A03260">
        <w:rPr>
          <w:b/>
          <w:sz w:val="20"/>
          <w:szCs w:val="20"/>
        </w:rPr>
        <w:t xml:space="preserve"> (TUTOR Y ALUMNO)</w:t>
      </w:r>
    </w:p>
    <w:p w14:paraId="4B8290EC" w14:textId="5B305353" w:rsidR="00035AD2" w:rsidRPr="00A03260" w:rsidRDefault="00035AD2" w:rsidP="00035AD2">
      <w:pPr>
        <w:pStyle w:val="Prrafodelista"/>
        <w:rPr>
          <w:b/>
          <w:sz w:val="20"/>
          <w:szCs w:val="20"/>
        </w:rPr>
      </w:pPr>
      <w:r w:rsidRPr="00A03260">
        <w:rPr>
          <w:b/>
          <w:sz w:val="20"/>
          <w:szCs w:val="20"/>
        </w:rPr>
        <w:t>solicitar turno por mensaje 3884</w:t>
      </w:r>
      <w:r w:rsidR="00481B66">
        <w:rPr>
          <w:b/>
          <w:sz w:val="20"/>
          <w:szCs w:val="20"/>
        </w:rPr>
        <w:t>135599</w:t>
      </w:r>
    </w:p>
    <w:p w14:paraId="37FFC10A" w14:textId="77777777" w:rsidR="00035AD2" w:rsidRPr="00A03260" w:rsidRDefault="00035AD2" w:rsidP="00035AD2">
      <w:pPr>
        <w:pStyle w:val="Prrafodelista"/>
        <w:rPr>
          <w:b/>
          <w:sz w:val="20"/>
          <w:szCs w:val="20"/>
        </w:rPr>
      </w:pPr>
    </w:p>
    <w:p w14:paraId="4AEDE07F" w14:textId="67F96FCA" w:rsidR="00854A96" w:rsidRPr="00A03260" w:rsidRDefault="00E82D44" w:rsidP="00035AD2">
      <w:pPr>
        <w:pStyle w:val="Prrafodelista"/>
        <w:numPr>
          <w:ilvl w:val="0"/>
          <w:numId w:val="10"/>
        </w:numPr>
        <w:rPr>
          <w:b/>
          <w:sz w:val="20"/>
          <w:szCs w:val="20"/>
        </w:rPr>
      </w:pPr>
      <w:r w:rsidRPr="00A03260">
        <w:rPr>
          <w:b/>
          <w:sz w:val="20"/>
          <w:szCs w:val="20"/>
        </w:rPr>
        <w:t>REQUISITOS DE INSCRIPCIÓN</w:t>
      </w:r>
      <w:r w:rsidR="000F1350" w:rsidRPr="00A03260">
        <w:rPr>
          <w:b/>
          <w:sz w:val="20"/>
          <w:szCs w:val="20"/>
        </w:rPr>
        <w:t xml:space="preserve"> </w:t>
      </w:r>
      <w:r w:rsidR="00035AD2" w:rsidRPr="00A03260">
        <w:rPr>
          <w:b/>
          <w:sz w:val="20"/>
          <w:szCs w:val="20"/>
        </w:rPr>
        <w:t xml:space="preserve">INGRESANTES </w:t>
      </w:r>
    </w:p>
    <w:p w14:paraId="0D26626E" w14:textId="081ECB44" w:rsidR="00AB6DB5" w:rsidRPr="00A03260" w:rsidRDefault="00E82D44" w:rsidP="001966BB">
      <w:pPr>
        <w:spacing w:after="0" w:line="240" w:lineRule="auto"/>
        <w:ind w:left="709" w:hanging="709"/>
        <w:rPr>
          <w:sz w:val="20"/>
          <w:szCs w:val="20"/>
        </w:rPr>
      </w:pPr>
      <w:r w:rsidRPr="00A03260">
        <w:rPr>
          <w:sz w:val="20"/>
          <w:szCs w:val="20"/>
        </w:rPr>
        <w:t xml:space="preserve">- Ficha de </w:t>
      </w:r>
      <w:r w:rsidR="00035AD2" w:rsidRPr="00A03260">
        <w:rPr>
          <w:sz w:val="20"/>
          <w:szCs w:val="20"/>
        </w:rPr>
        <w:t>Inscripción del</w:t>
      </w:r>
      <w:r w:rsidR="00854A96" w:rsidRPr="00A03260">
        <w:rPr>
          <w:sz w:val="20"/>
          <w:szCs w:val="20"/>
        </w:rPr>
        <w:t xml:space="preserve"> Nivel </w:t>
      </w:r>
      <w:r w:rsidR="00481B66">
        <w:rPr>
          <w:sz w:val="20"/>
          <w:szCs w:val="20"/>
        </w:rPr>
        <w:t>Primario o Inicial</w:t>
      </w:r>
      <w:r w:rsidR="00854A96" w:rsidRPr="00A03260">
        <w:rPr>
          <w:sz w:val="20"/>
          <w:szCs w:val="20"/>
        </w:rPr>
        <w:t xml:space="preserve"> </w:t>
      </w:r>
    </w:p>
    <w:p w14:paraId="067309EC" w14:textId="77777777" w:rsidR="001966BB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 Contrato de Servicio </w:t>
      </w:r>
      <w:r w:rsidR="00A03260" w:rsidRPr="00A03260">
        <w:rPr>
          <w:sz w:val="20"/>
          <w:szCs w:val="20"/>
        </w:rPr>
        <w:t>Educativo</w:t>
      </w:r>
      <w:r w:rsidR="00A03260" w:rsidRPr="00A03260">
        <w:rPr>
          <w:b/>
          <w:bCs/>
          <w:sz w:val="20"/>
          <w:szCs w:val="20"/>
        </w:rPr>
        <w:t xml:space="preserve">, </w:t>
      </w:r>
      <w:r w:rsidR="00A03260" w:rsidRPr="00481B66">
        <w:rPr>
          <w:sz w:val="20"/>
          <w:szCs w:val="20"/>
        </w:rPr>
        <w:t>recibo</w:t>
      </w:r>
      <w:r w:rsidR="000E38FF" w:rsidRPr="00481B66">
        <w:rPr>
          <w:sz w:val="20"/>
          <w:szCs w:val="20"/>
        </w:rPr>
        <w:t xml:space="preserve"> de sueldo</w:t>
      </w:r>
      <w:r w:rsidR="00A03260" w:rsidRPr="00481B66">
        <w:rPr>
          <w:sz w:val="20"/>
          <w:szCs w:val="20"/>
        </w:rPr>
        <w:t xml:space="preserve"> y fotocopia del DNI</w:t>
      </w:r>
      <w:r w:rsidR="000E38FF" w:rsidRPr="00481B66">
        <w:rPr>
          <w:sz w:val="20"/>
          <w:szCs w:val="20"/>
        </w:rPr>
        <w:t xml:space="preserve"> del garante</w:t>
      </w:r>
      <w:r w:rsidR="000E38FF" w:rsidRPr="00A03260">
        <w:rPr>
          <w:b/>
          <w:bCs/>
          <w:sz w:val="20"/>
          <w:szCs w:val="20"/>
        </w:rPr>
        <w:t xml:space="preserve"> </w:t>
      </w:r>
      <w:r w:rsidR="00D5134E" w:rsidRPr="00A03260">
        <w:rPr>
          <w:b/>
          <w:bCs/>
          <w:sz w:val="20"/>
          <w:szCs w:val="20"/>
        </w:rPr>
        <w:t>(el</w:t>
      </w:r>
      <w:r w:rsidR="00D569FD" w:rsidRPr="00A03260">
        <w:rPr>
          <w:b/>
          <w:bCs/>
          <w:sz w:val="20"/>
          <w:szCs w:val="20"/>
        </w:rPr>
        <w:t xml:space="preserve"> garante </w:t>
      </w:r>
      <w:r w:rsidR="00A03260" w:rsidRPr="00A03260">
        <w:rPr>
          <w:b/>
          <w:bCs/>
          <w:sz w:val="20"/>
          <w:szCs w:val="20"/>
        </w:rPr>
        <w:t xml:space="preserve">es quien </w:t>
      </w:r>
      <w:r w:rsidR="00D569FD" w:rsidRPr="00A03260">
        <w:rPr>
          <w:b/>
          <w:bCs/>
          <w:sz w:val="20"/>
          <w:szCs w:val="20"/>
        </w:rPr>
        <w:t xml:space="preserve">completa y firma el </w:t>
      </w:r>
      <w:r w:rsidR="00D5134E" w:rsidRPr="00A03260">
        <w:rPr>
          <w:b/>
          <w:bCs/>
          <w:sz w:val="20"/>
          <w:szCs w:val="20"/>
        </w:rPr>
        <w:t>contrato)</w:t>
      </w:r>
      <w:r w:rsidR="001966BB">
        <w:rPr>
          <w:b/>
          <w:bCs/>
          <w:sz w:val="20"/>
          <w:szCs w:val="20"/>
        </w:rPr>
        <w:br/>
      </w:r>
      <w:r w:rsidR="001966BB" w:rsidRPr="001966BB">
        <w:rPr>
          <w:sz w:val="20"/>
          <w:szCs w:val="20"/>
        </w:rPr>
        <w:t>-Autorización de uso de imagen y voz firmada por el tutor.</w:t>
      </w:r>
    </w:p>
    <w:p w14:paraId="10F521F3" w14:textId="324E71DD" w:rsidR="00AB6DB5" w:rsidRPr="00A03260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 </w:t>
      </w:r>
      <w:r w:rsidR="00D5134E" w:rsidRPr="00A03260">
        <w:rPr>
          <w:sz w:val="20"/>
          <w:szCs w:val="20"/>
        </w:rPr>
        <w:t>Una</w:t>
      </w:r>
      <w:r w:rsidRPr="00A03260">
        <w:rPr>
          <w:sz w:val="20"/>
          <w:szCs w:val="20"/>
        </w:rPr>
        <w:t xml:space="preserve"> (0</w:t>
      </w:r>
      <w:r w:rsidR="00D5134E" w:rsidRPr="00A03260">
        <w:rPr>
          <w:sz w:val="20"/>
          <w:szCs w:val="20"/>
        </w:rPr>
        <w:t>1</w:t>
      </w:r>
      <w:r w:rsidRPr="00A03260">
        <w:rPr>
          <w:sz w:val="20"/>
          <w:szCs w:val="20"/>
        </w:rPr>
        <w:t>) fotos 4 x 4</w:t>
      </w:r>
      <w:r w:rsidR="00035AD2" w:rsidRPr="00A03260">
        <w:rPr>
          <w:sz w:val="20"/>
          <w:szCs w:val="20"/>
        </w:rPr>
        <w:t xml:space="preserve"> actualizada</w:t>
      </w:r>
    </w:p>
    <w:p w14:paraId="27242000" w14:textId="0C311CCE" w:rsidR="00AB6DB5" w:rsidRPr="00A03260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 Constancia </w:t>
      </w:r>
      <w:r w:rsidR="000E38FF" w:rsidRPr="00A03260">
        <w:rPr>
          <w:sz w:val="20"/>
          <w:szCs w:val="20"/>
        </w:rPr>
        <w:t>N.º</w:t>
      </w:r>
      <w:r w:rsidRPr="00A03260">
        <w:rPr>
          <w:sz w:val="20"/>
          <w:szCs w:val="20"/>
        </w:rPr>
        <w:t xml:space="preserve"> de CUIL.</w:t>
      </w:r>
    </w:p>
    <w:p w14:paraId="2FEC66BC" w14:textId="2068AC9F" w:rsidR="00AB6DB5" w:rsidRPr="00A03260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Partida de Nacimiento Actualizada.</w:t>
      </w:r>
    </w:p>
    <w:p w14:paraId="1B2DFFC2" w14:textId="131B9801" w:rsidR="00AB6DB5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Fotocopia DNI actualizado</w:t>
      </w:r>
      <w:r w:rsidR="00481B66">
        <w:rPr>
          <w:sz w:val="20"/>
          <w:szCs w:val="20"/>
        </w:rPr>
        <w:t xml:space="preserve"> del alumno</w:t>
      </w:r>
      <w:r w:rsidRPr="00A03260">
        <w:rPr>
          <w:sz w:val="20"/>
          <w:szCs w:val="20"/>
        </w:rPr>
        <w:t>.</w:t>
      </w:r>
    </w:p>
    <w:p w14:paraId="22824DA7" w14:textId="61E05365" w:rsidR="00481B66" w:rsidRPr="00A03260" w:rsidRDefault="00481B66" w:rsidP="001966BB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-Fotocopia DNI actualizada del tutor.</w:t>
      </w:r>
    </w:p>
    <w:p w14:paraId="4E792660" w14:textId="322A9B5F" w:rsidR="00D5134E" w:rsidRPr="00A03260" w:rsidRDefault="00D5134E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-Fotocopia del carnet de vacunas </w:t>
      </w:r>
    </w:p>
    <w:p w14:paraId="3C2CB118" w14:textId="75566C53" w:rsidR="00AB6DB5" w:rsidRPr="00A03260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 Informe </w:t>
      </w:r>
      <w:r w:rsidR="00854A96" w:rsidRPr="00A03260">
        <w:rPr>
          <w:sz w:val="20"/>
          <w:szCs w:val="20"/>
        </w:rPr>
        <w:t xml:space="preserve">o Constancia </w:t>
      </w:r>
      <w:r w:rsidRPr="00A03260">
        <w:rPr>
          <w:sz w:val="20"/>
          <w:szCs w:val="20"/>
        </w:rPr>
        <w:t xml:space="preserve">de Conducta </w:t>
      </w:r>
    </w:p>
    <w:p w14:paraId="1992C122" w14:textId="77777777" w:rsidR="00AB6DB5" w:rsidRPr="00A03260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Informe Pedagógico (</w:t>
      </w:r>
      <w:r w:rsidRPr="00A03260">
        <w:rPr>
          <w:b/>
          <w:bCs/>
          <w:sz w:val="20"/>
          <w:szCs w:val="20"/>
        </w:rPr>
        <w:t>Para alumnos integrados</w:t>
      </w:r>
      <w:r w:rsidRPr="00A03260">
        <w:rPr>
          <w:sz w:val="20"/>
          <w:szCs w:val="20"/>
        </w:rPr>
        <w:t>).</w:t>
      </w:r>
    </w:p>
    <w:p w14:paraId="2E07FFE8" w14:textId="58624A7A" w:rsidR="00AB6DB5" w:rsidRPr="00A03260" w:rsidRDefault="00E82D44" w:rsidP="001966BB">
      <w:pPr>
        <w:spacing w:after="0" w:line="240" w:lineRule="auto"/>
        <w:rPr>
          <w:b/>
          <w:bCs/>
          <w:sz w:val="20"/>
          <w:szCs w:val="20"/>
        </w:rPr>
      </w:pPr>
      <w:r w:rsidRPr="00A03260">
        <w:rPr>
          <w:b/>
          <w:bCs/>
          <w:sz w:val="20"/>
          <w:szCs w:val="20"/>
        </w:rPr>
        <w:t xml:space="preserve">- </w:t>
      </w:r>
      <w:r w:rsidR="001966BB" w:rsidRPr="001966BB">
        <w:rPr>
          <w:sz w:val="20"/>
          <w:szCs w:val="20"/>
        </w:rPr>
        <w:t>Certificado de finalización de ciclo lectivo.</w:t>
      </w:r>
      <w:r w:rsidR="001966BB">
        <w:rPr>
          <w:b/>
          <w:bCs/>
          <w:sz w:val="20"/>
          <w:szCs w:val="20"/>
        </w:rPr>
        <w:t xml:space="preserve"> </w:t>
      </w:r>
    </w:p>
    <w:p w14:paraId="1E3DAB0E" w14:textId="3D13D2E5" w:rsidR="00D5134E" w:rsidRPr="00A03260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Certificado de Residencia y Convivencia</w:t>
      </w:r>
      <w:r w:rsidR="00D5134E" w:rsidRPr="00A03260">
        <w:rPr>
          <w:sz w:val="20"/>
          <w:szCs w:val="20"/>
        </w:rPr>
        <w:t xml:space="preserve"> del alumno</w:t>
      </w:r>
    </w:p>
    <w:p w14:paraId="141025B7" w14:textId="0F82E9FE" w:rsidR="000F1350" w:rsidRPr="00A03260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 Ficha </w:t>
      </w:r>
      <w:r w:rsidR="000F1350" w:rsidRPr="00A03260">
        <w:rPr>
          <w:sz w:val="20"/>
          <w:szCs w:val="20"/>
        </w:rPr>
        <w:t xml:space="preserve">de APTO FISICO </w:t>
      </w:r>
      <w:r w:rsidR="00723698" w:rsidRPr="00A03260">
        <w:rPr>
          <w:sz w:val="20"/>
          <w:szCs w:val="20"/>
        </w:rPr>
        <w:t>UNICO</w:t>
      </w:r>
      <w:r w:rsidR="00911889">
        <w:rPr>
          <w:sz w:val="20"/>
          <w:szCs w:val="20"/>
        </w:rPr>
        <w:t xml:space="preserve"> (AFU)</w:t>
      </w:r>
      <w:r w:rsidR="00723698" w:rsidRPr="00A03260">
        <w:rPr>
          <w:sz w:val="20"/>
          <w:szCs w:val="20"/>
        </w:rPr>
        <w:t xml:space="preserve"> con</w:t>
      </w:r>
      <w:r w:rsidRPr="00A03260">
        <w:rPr>
          <w:sz w:val="20"/>
          <w:szCs w:val="20"/>
        </w:rPr>
        <w:t xml:space="preserve"> Electrocardi</w:t>
      </w:r>
      <w:r w:rsidR="000F1350" w:rsidRPr="00A03260">
        <w:rPr>
          <w:sz w:val="20"/>
          <w:szCs w:val="20"/>
        </w:rPr>
        <w:t>ograma</w:t>
      </w:r>
      <w:r w:rsidR="00A03260" w:rsidRPr="00A03260">
        <w:rPr>
          <w:sz w:val="20"/>
          <w:szCs w:val="20"/>
        </w:rPr>
        <w:t xml:space="preserve"> completa en su totalidad</w:t>
      </w:r>
      <w:r w:rsidR="00035AD2" w:rsidRPr="00A03260">
        <w:rPr>
          <w:sz w:val="20"/>
          <w:szCs w:val="20"/>
        </w:rPr>
        <w:t xml:space="preserve"> (no se aceptan fichas con corrector o borrones) </w:t>
      </w:r>
    </w:p>
    <w:p w14:paraId="38C6E632" w14:textId="3AFA9511" w:rsidR="00AB6DB5" w:rsidRPr="00A03260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Carpeta Colgante</w:t>
      </w:r>
      <w:r w:rsidR="00723698" w:rsidRPr="00A03260">
        <w:rPr>
          <w:sz w:val="20"/>
          <w:szCs w:val="20"/>
        </w:rPr>
        <w:t xml:space="preserve"> con Visor</w:t>
      </w:r>
    </w:p>
    <w:p w14:paraId="78CAB073" w14:textId="2E7A2A5F" w:rsidR="00AB6DB5" w:rsidRPr="00A03260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Cuaderno de Notificaciones</w:t>
      </w:r>
      <w:r w:rsidR="000F1350" w:rsidRPr="00A03260">
        <w:rPr>
          <w:sz w:val="20"/>
          <w:szCs w:val="20"/>
        </w:rPr>
        <w:t xml:space="preserve"> de </w:t>
      </w:r>
      <w:r w:rsidR="00035AD2" w:rsidRPr="00A03260">
        <w:rPr>
          <w:sz w:val="20"/>
          <w:szCs w:val="20"/>
        </w:rPr>
        <w:t>la institución</w:t>
      </w:r>
      <w:r w:rsidR="000F1350" w:rsidRPr="00A03260">
        <w:rPr>
          <w:sz w:val="20"/>
          <w:szCs w:val="20"/>
        </w:rPr>
        <w:t>.</w:t>
      </w:r>
    </w:p>
    <w:p w14:paraId="3E4BBF30" w14:textId="7DD8CCD6" w:rsidR="00AB6DB5" w:rsidRPr="00A03260" w:rsidRDefault="00E82D44" w:rsidP="001966BB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 Libre Deuda </w:t>
      </w:r>
      <w:r w:rsidR="001966BB">
        <w:rPr>
          <w:sz w:val="20"/>
          <w:szCs w:val="20"/>
        </w:rPr>
        <w:t>(si el estudiante viene de un Establecimiento Privado)</w:t>
      </w:r>
    </w:p>
    <w:p w14:paraId="5F796433" w14:textId="77777777" w:rsidR="00E01930" w:rsidRDefault="00E01930">
      <w:pPr>
        <w:rPr>
          <w:b/>
          <w:bCs/>
          <w:sz w:val="20"/>
          <w:szCs w:val="20"/>
        </w:rPr>
      </w:pPr>
    </w:p>
    <w:p w14:paraId="7AF26B5A" w14:textId="657F4B52" w:rsidR="00AB6DB5" w:rsidRPr="00A03260" w:rsidRDefault="00E82D44">
      <w:pPr>
        <w:rPr>
          <w:sz w:val="20"/>
          <w:szCs w:val="20"/>
        </w:rPr>
      </w:pPr>
      <w:r w:rsidRPr="00A03260">
        <w:rPr>
          <w:b/>
          <w:sz w:val="20"/>
          <w:szCs w:val="20"/>
        </w:rPr>
        <w:t>OTRAS CONSIDERACIONES DE INTERÉS PARA LOS INGRESANTES</w:t>
      </w:r>
    </w:p>
    <w:p w14:paraId="410D5082" w14:textId="626D220A" w:rsidR="00AB6DB5" w:rsidRPr="00A03260" w:rsidRDefault="00E82D44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 Se deberá tomar conocimiento del Acuerdo </w:t>
      </w:r>
      <w:r w:rsidR="000F1350" w:rsidRPr="00A03260">
        <w:rPr>
          <w:sz w:val="20"/>
          <w:szCs w:val="20"/>
        </w:rPr>
        <w:t>Escolar de convivencia</w:t>
      </w:r>
      <w:r w:rsidRPr="00A03260">
        <w:rPr>
          <w:sz w:val="20"/>
          <w:szCs w:val="20"/>
        </w:rPr>
        <w:t>.</w:t>
      </w:r>
    </w:p>
    <w:p w14:paraId="36D66BF6" w14:textId="77777777" w:rsidR="00AB6DB5" w:rsidRPr="00A03260" w:rsidRDefault="00E82D44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Asistir a las reuniones de padres convocadas por Dirección.</w:t>
      </w:r>
    </w:p>
    <w:p w14:paraId="5AF882F3" w14:textId="60C53895" w:rsidR="00AB6DB5" w:rsidRPr="00A03260" w:rsidRDefault="00E82D44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 Es obligatoria la asistencia a </w:t>
      </w:r>
      <w:r w:rsidR="00B1045C" w:rsidRPr="00A03260">
        <w:rPr>
          <w:sz w:val="20"/>
          <w:szCs w:val="20"/>
        </w:rPr>
        <w:t xml:space="preserve">las actividades educativas, viajes de </w:t>
      </w:r>
      <w:r w:rsidR="00A03260" w:rsidRPr="00A03260">
        <w:rPr>
          <w:sz w:val="20"/>
          <w:szCs w:val="20"/>
        </w:rPr>
        <w:t>estudio o</w:t>
      </w:r>
      <w:r w:rsidRPr="00A03260">
        <w:rPr>
          <w:sz w:val="20"/>
          <w:szCs w:val="20"/>
        </w:rPr>
        <w:t xml:space="preserve"> convivencias.</w:t>
      </w:r>
    </w:p>
    <w:p w14:paraId="2FC24F97" w14:textId="29EA4A96" w:rsidR="00B1045C" w:rsidRPr="00A03260" w:rsidRDefault="00E82D44" w:rsidP="00E01930">
      <w:pPr>
        <w:spacing w:after="0" w:line="240" w:lineRule="auto"/>
        <w:rPr>
          <w:sz w:val="20"/>
          <w:szCs w:val="20"/>
        </w:rPr>
      </w:pPr>
      <w:r w:rsidRPr="00A03260">
        <w:rPr>
          <w:b/>
          <w:bCs/>
          <w:sz w:val="20"/>
          <w:szCs w:val="20"/>
        </w:rPr>
        <w:t>- El uso de los uniformes diario y de Educación Física es</w:t>
      </w:r>
      <w:r w:rsidRPr="00A03260">
        <w:rPr>
          <w:sz w:val="20"/>
          <w:szCs w:val="20"/>
        </w:rPr>
        <w:t xml:space="preserve"> </w:t>
      </w:r>
      <w:r w:rsidRPr="00A03260">
        <w:rPr>
          <w:b/>
          <w:bCs/>
          <w:sz w:val="20"/>
          <w:szCs w:val="20"/>
        </w:rPr>
        <w:t>obligatorio.</w:t>
      </w:r>
      <w:r w:rsidR="001966BB">
        <w:rPr>
          <w:b/>
          <w:bCs/>
          <w:sz w:val="20"/>
          <w:szCs w:val="20"/>
        </w:rPr>
        <w:t xml:space="preserve"> Se puede adquirir en la institución.</w:t>
      </w:r>
    </w:p>
    <w:p w14:paraId="430E8EDA" w14:textId="208B13B2" w:rsidR="00E01930" w:rsidRDefault="00E01930" w:rsidP="00E0193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5D7E31B" w14:textId="474E062B" w:rsidR="00E01930" w:rsidRPr="00E01930" w:rsidRDefault="00E01930" w:rsidP="00E0193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MATRICULA $................................. SEGURO ESCOLAR $.................................. </w:t>
      </w:r>
    </w:p>
    <w:p w14:paraId="349EC44C" w14:textId="48076D38" w:rsidR="00E01930" w:rsidRPr="00E01930" w:rsidRDefault="00E01930" w:rsidP="00E01930">
      <w:pPr>
        <w:rPr>
          <w:b/>
          <w:bCs/>
          <w:sz w:val="20"/>
          <w:szCs w:val="20"/>
        </w:rPr>
      </w:pPr>
      <w:r w:rsidRPr="00E01930">
        <w:rPr>
          <w:b/>
          <w:bCs/>
          <w:sz w:val="20"/>
          <w:szCs w:val="20"/>
        </w:rPr>
        <w:t xml:space="preserve">                                CUOTA 20_____$......................................</w:t>
      </w:r>
    </w:p>
    <w:p w14:paraId="31D1165C" w14:textId="77777777" w:rsidR="00E01930" w:rsidRPr="00E01930" w:rsidRDefault="00E01930" w:rsidP="00E01930">
      <w:pPr>
        <w:jc w:val="center"/>
        <w:rPr>
          <w:b/>
          <w:bCs/>
          <w:u w:val="double"/>
        </w:rPr>
      </w:pPr>
      <w:r w:rsidRPr="00E01930">
        <w:rPr>
          <w:b/>
          <w:bCs/>
          <w:u w:val="double"/>
        </w:rPr>
        <w:t xml:space="preserve">REQUISITOS </w:t>
      </w:r>
      <w:proofErr w:type="gramStart"/>
      <w:r w:rsidRPr="00E01930">
        <w:rPr>
          <w:b/>
          <w:bCs/>
          <w:u w:val="double"/>
        </w:rPr>
        <w:t>PARA  INGRESO</w:t>
      </w:r>
      <w:proofErr w:type="gramEnd"/>
      <w:r w:rsidRPr="00E01930">
        <w:rPr>
          <w:b/>
          <w:bCs/>
          <w:u w:val="double"/>
        </w:rPr>
        <w:t xml:space="preserve">  </w:t>
      </w:r>
      <w:proofErr w:type="gramStart"/>
      <w:r>
        <w:rPr>
          <w:b/>
          <w:bCs/>
          <w:u w:val="double"/>
        </w:rPr>
        <w:t>-</w:t>
      </w:r>
      <w:r w:rsidRPr="00E01930">
        <w:rPr>
          <w:b/>
          <w:bCs/>
          <w:u w:val="double"/>
        </w:rPr>
        <w:t xml:space="preserve">  NIVEL</w:t>
      </w:r>
      <w:proofErr w:type="gramEnd"/>
      <w:r w:rsidRPr="00E01930">
        <w:rPr>
          <w:b/>
          <w:bCs/>
          <w:u w:val="double"/>
        </w:rPr>
        <w:t xml:space="preserve"> INICIAL Y PRIMARIO</w:t>
      </w:r>
    </w:p>
    <w:p w14:paraId="3D53A4B5" w14:textId="77777777" w:rsidR="00E01930" w:rsidRPr="00A03260" w:rsidRDefault="00E01930" w:rsidP="00E01930">
      <w:pPr>
        <w:pStyle w:val="Prrafodelista"/>
        <w:numPr>
          <w:ilvl w:val="0"/>
          <w:numId w:val="13"/>
        </w:numPr>
        <w:rPr>
          <w:b/>
          <w:sz w:val="20"/>
          <w:szCs w:val="20"/>
        </w:rPr>
      </w:pPr>
      <w:r w:rsidRPr="00A03260">
        <w:rPr>
          <w:b/>
          <w:sz w:val="20"/>
          <w:szCs w:val="20"/>
        </w:rPr>
        <w:t xml:space="preserve">ENTREVISTA </w:t>
      </w:r>
      <w:r>
        <w:rPr>
          <w:b/>
          <w:sz w:val="20"/>
          <w:szCs w:val="20"/>
        </w:rPr>
        <w:t xml:space="preserve">PREVIA </w:t>
      </w:r>
      <w:r w:rsidRPr="00A03260">
        <w:rPr>
          <w:b/>
          <w:sz w:val="20"/>
          <w:szCs w:val="20"/>
        </w:rPr>
        <w:t xml:space="preserve">CON </w:t>
      </w:r>
      <w:r>
        <w:rPr>
          <w:b/>
          <w:sz w:val="20"/>
          <w:szCs w:val="20"/>
        </w:rPr>
        <w:t>LA DIRECTORA</w:t>
      </w:r>
      <w:r w:rsidRPr="00A03260">
        <w:rPr>
          <w:b/>
          <w:sz w:val="20"/>
          <w:szCs w:val="20"/>
        </w:rPr>
        <w:t xml:space="preserve"> (TUTOR Y ALUMNO)</w:t>
      </w:r>
    </w:p>
    <w:p w14:paraId="4CE29310" w14:textId="77777777" w:rsidR="00E01930" w:rsidRPr="00A03260" w:rsidRDefault="00E01930" w:rsidP="00E01930">
      <w:pPr>
        <w:pStyle w:val="Prrafodelista"/>
        <w:rPr>
          <w:b/>
          <w:sz w:val="20"/>
          <w:szCs w:val="20"/>
        </w:rPr>
      </w:pPr>
      <w:r w:rsidRPr="00A03260">
        <w:rPr>
          <w:b/>
          <w:sz w:val="20"/>
          <w:szCs w:val="20"/>
        </w:rPr>
        <w:t>solicitar turno por mensaje 3884</w:t>
      </w:r>
      <w:r>
        <w:rPr>
          <w:b/>
          <w:sz w:val="20"/>
          <w:szCs w:val="20"/>
        </w:rPr>
        <w:t>135599</w:t>
      </w:r>
    </w:p>
    <w:p w14:paraId="2B30A874" w14:textId="77777777" w:rsidR="00E01930" w:rsidRPr="00A03260" w:rsidRDefault="00E01930" w:rsidP="00E01930">
      <w:pPr>
        <w:pStyle w:val="Prrafodelista"/>
        <w:rPr>
          <w:b/>
          <w:sz w:val="20"/>
          <w:szCs w:val="20"/>
        </w:rPr>
      </w:pPr>
    </w:p>
    <w:p w14:paraId="04BB233D" w14:textId="77777777" w:rsidR="00E01930" w:rsidRPr="00A03260" w:rsidRDefault="00E01930" w:rsidP="00E01930">
      <w:pPr>
        <w:pStyle w:val="Prrafodelista"/>
        <w:numPr>
          <w:ilvl w:val="0"/>
          <w:numId w:val="13"/>
        </w:numPr>
        <w:rPr>
          <w:b/>
          <w:sz w:val="20"/>
          <w:szCs w:val="20"/>
        </w:rPr>
      </w:pPr>
      <w:r w:rsidRPr="00A03260">
        <w:rPr>
          <w:b/>
          <w:sz w:val="20"/>
          <w:szCs w:val="20"/>
        </w:rPr>
        <w:t xml:space="preserve">REQUISITOS DE INSCRIPCIÓN INGRESANTES </w:t>
      </w:r>
    </w:p>
    <w:p w14:paraId="1A439E60" w14:textId="77777777" w:rsidR="00E01930" w:rsidRPr="00A03260" w:rsidRDefault="00E01930" w:rsidP="00E01930">
      <w:pPr>
        <w:spacing w:after="0" w:line="240" w:lineRule="auto"/>
        <w:ind w:left="709" w:hanging="709"/>
        <w:rPr>
          <w:sz w:val="20"/>
          <w:szCs w:val="20"/>
        </w:rPr>
      </w:pPr>
      <w:r w:rsidRPr="00A03260">
        <w:rPr>
          <w:sz w:val="20"/>
          <w:szCs w:val="20"/>
        </w:rPr>
        <w:t xml:space="preserve">- Ficha de Inscripción del Nivel </w:t>
      </w:r>
      <w:r>
        <w:rPr>
          <w:sz w:val="20"/>
          <w:szCs w:val="20"/>
        </w:rPr>
        <w:t>Primario o Inicial</w:t>
      </w:r>
      <w:r w:rsidRPr="00A03260">
        <w:rPr>
          <w:sz w:val="20"/>
          <w:szCs w:val="20"/>
        </w:rPr>
        <w:t xml:space="preserve"> </w:t>
      </w:r>
    </w:p>
    <w:p w14:paraId="2F1F79BB" w14:textId="77777777" w:rsidR="00E0193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Contrato de Servicio Educativo</w:t>
      </w:r>
      <w:r w:rsidRPr="00A03260">
        <w:rPr>
          <w:b/>
          <w:bCs/>
          <w:sz w:val="20"/>
          <w:szCs w:val="20"/>
        </w:rPr>
        <w:t xml:space="preserve">, </w:t>
      </w:r>
      <w:r w:rsidRPr="00481B66">
        <w:rPr>
          <w:sz w:val="20"/>
          <w:szCs w:val="20"/>
        </w:rPr>
        <w:t>recibo de sueldo y fotocopia del DNI del garante</w:t>
      </w:r>
      <w:r w:rsidRPr="00A03260">
        <w:rPr>
          <w:b/>
          <w:bCs/>
          <w:sz w:val="20"/>
          <w:szCs w:val="20"/>
        </w:rPr>
        <w:t xml:space="preserve"> (el garante es quien completa y firma el contrato)</w:t>
      </w:r>
      <w:r>
        <w:rPr>
          <w:b/>
          <w:bCs/>
          <w:sz w:val="20"/>
          <w:szCs w:val="20"/>
        </w:rPr>
        <w:br/>
      </w:r>
      <w:r w:rsidRPr="001966BB">
        <w:rPr>
          <w:sz w:val="20"/>
          <w:szCs w:val="20"/>
        </w:rPr>
        <w:t>-Autorización de uso de imagen y voz firmada por el tutor.</w:t>
      </w:r>
    </w:p>
    <w:p w14:paraId="658DBEE4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Una (01) fotos 4 x 4 actualizada</w:t>
      </w:r>
    </w:p>
    <w:p w14:paraId="09E1275E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Constancia N.º de CUIL.</w:t>
      </w:r>
    </w:p>
    <w:p w14:paraId="1DB00243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Partida de Nacimiento Actualizada.</w:t>
      </w:r>
    </w:p>
    <w:p w14:paraId="04539843" w14:textId="77777777" w:rsidR="00E0193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Fotocopia DNI actualizado</w:t>
      </w:r>
      <w:r>
        <w:rPr>
          <w:sz w:val="20"/>
          <w:szCs w:val="20"/>
        </w:rPr>
        <w:t xml:space="preserve"> del alumno</w:t>
      </w:r>
      <w:r w:rsidRPr="00A03260">
        <w:rPr>
          <w:sz w:val="20"/>
          <w:szCs w:val="20"/>
        </w:rPr>
        <w:t>.</w:t>
      </w:r>
    </w:p>
    <w:p w14:paraId="1605069A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-Fotocopia DNI actualizada del tutor.</w:t>
      </w:r>
    </w:p>
    <w:p w14:paraId="59DB07A1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-Fotocopia del carnet de vacunas </w:t>
      </w:r>
    </w:p>
    <w:p w14:paraId="42C0827B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 Informe o Constancia de Conducta </w:t>
      </w:r>
    </w:p>
    <w:p w14:paraId="6E5A7E19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Informe Pedagógico (</w:t>
      </w:r>
      <w:r w:rsidRPr="00A03260">
        <w:rPr>
          <w:b/>
          <w:bCs/>
          <w:sz w:val="20"/>
          <w:szCs w:val="20"/>
        </w:rPr>
        <w:t>Para alumnos integrados</w:t>
      </w:r>
      <w:r w:rsidRPr="00A03260">
        <w:rPr>
          <w:sz w:val="20"/>
          <w:szCs w:val="20"/>
        </w:rPr>
        <w:t>).</w:t>
      </w:r>
    </w:p>
    <w:p w14:paraId="20A487FC" w14:textId="77777777" w:rsidR="00E01930" w:rsidRPr="00A03260" w:rsidRDefault="00E01930" w:rsidP="00E01930">
      <w:pPr>
        <w:spacing w:after="0" w:line="240" w:lineRule="auto"/>
        <w:rPr>
          <w:b/>
          <w:bCs/>
          <w:sz w:val="20"/>
          <w:szCs w:val="20"/>
        </w:rPr>
      </w:pPr>
      <w:r w:rsidRPr="00A03260">
        <w:rPr>
          <w:b/>
          <w:bCs/>
          <w:sz w:val="20"/>
          <w:szCs w:val="20"/>
        </w:rPr>
        <w:t xml:space="preserve">- </w:t>
      </w:r>
      <w:r w:rsidRPr="001966BB">
        <w:rPr>
          <w:sz w:val="20"/>
          <w:szCs w:val="20"/>
        </w:rPr>
        <w:t>Certificado de finalización de ciclo lectivo.</w:t>
      </w:r>
      <w:r>
        <w:rPr>
          <w:b/>
          <w:bCs/>
          <w:sz w:val="20"/>
          <w:szCs w:val="20"/>
        </w:rPr>
        <w:t xml:space="preserve"> </w:t>
      </w:r>
    </w:p>
    <w:p w14:paraId="63018E9C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Certificado de Residencia y Convivencia del alumno</w:t>
      </w:r>
    </w:p>
    <w:p w14:paraId="4DC8DC20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Ficha de APTO FISICO UNICO</w:t>
      </w:r>
      <w:r>
        <w:rPr>
          <w:sz w:val="20"/>
          <w:szCs w:val="20"/>
        </w:rPr>
        <w:t xml:space="preserve"> (AFU)</w:t>
      </w:r>
      <w:r w:rsidRPr="00A03260">
        <w:rPr>
          <w:sz w:val="20"/>
          <w:szCs w:val="20"/>
        </w:rPr>
        <w:t xml:space="preserve"> con Electrocardiograma completa en su totalidad (no se aceptan fichas con corrector o borrones) </w:t>
      </w:r>
    </w:p>
    <w:p w14:paraId="2DB18F38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Carpeta Colgante con Visor</w:t>
      </w:r>
    </w:p>
    <w:p w14:paraId="0FD017C9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Cuaderno de Notificaciones de la institución.</w:t>
      </w:r>
    </w:p>
    <w:p w14:paraId="3D2D3597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 xml:space="preserve">- Libre Deuda </w:t>
      </w:r>
      <w:r>
        <w:rPr>
          <w:sz w:val="20"/>
          <w:szCs w:val="20"/>
        </w:rPr>
        <w:t>(si el estudiante viene de un Establecimiento Privado)</w:t>
      </w:r>
    </w:p>
    <w:p w14:paraId="0A6DA4D8" w14:textId="77777777" w:rsidR="00E01930" w:rsidRDefault="00E01930" w:rsidP="00E01930">
      <w:pPr>
        <w:rPr>
          <w:b/>
          <w:bCs/>
          <w:sz w:val="20"/>
          <w:szCs w:val="20"/>
        </w:rPr>
      </w:pPr>
    </w:p>
    <w:p w14:paraId="2B59B4C8" w14:textId="77777777" w:rsidR="00E01930" w:rsidRPr="00A03260" w:rsidRDefault="00E01930" w:rsidP="00E01930">
      <w:pPr>
        <w:rPr>
          <w:sz w:val="20"/>
          <w:szCs w:val="20"/>
        </w:rPr>
      </w:pPr>
      <w:r w:rsidRPr="00A03260">
        <w:rPr>
          <w:b/>
          <w:sz w:val="20"/>
          <w:szCs w:val="20"/>
        </w:rPr>
        <w:t>OTRAS CONSIDERACIONES DE INTERÉS PARA LOS INGRESANTES</w:t>
      </w:r>
    </w:p>
    <w:p w14:paraId="2B792CFB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Se deberá tomar conocimiento del Acuerdo Escolar de convivencia.</w:t>
      </w:r>
    </w:p>
    <w:p w14:paraId="62BF683B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Asistir a las reuniones de padres convocadas por Dirección.</w:t>
      </w:r>
    </w:p>
    <w:p w14:paraId="640E9179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sz w:val="20"/>
          <w:szCs w:val="20"/>
        </w:rPr>
        <w:t>- Es obligatoria la asistencia a las actividades educativas, viajes de estudio o convivencias.</w:t>
      </w:r>
    </w:p>
    <w:p w14:paraId="1DEFBA55" w14:textId="77777777" w:rsidR="00E01930" w:rsidRPr="00A03260" w:rsidRDefault="00E01930" w:rsidP="00E01930">
      <w:pPr>
        <w:spacing w:after="0" w:line="240" w:lineRule="auto"/>
        <w:rPr>
          <w:sz w:val="20"/>
          <w:szCs w:val="20"/>
        </w:rPr>
      </w:pPr>
      <w:r w:rsidRPr="00A03260">
        <w:rPr>
          <w:b/>
          <w:bCs/>
          <w:sz w:val="20"/>
          <w:szCs w:val="20"/>
        </w:rPr>
        <w:t>- El uso de los uniformes diario y de Educación Física es</w:t>
      </w:r>
      <w:r w:rsidRPr="00A03260">
        <w:rPr>
          <w:sz w:val="20"/>
          <w:szCs w:val="20"/>
        </w:rPr>
        <w:t xml:space="preserve"> </w:t>
      </w:r>
      <w:r w:rsidRPr="00A03260">
        <w:rPr>
          <w:b/>
          <w:bCs/>
          <w:sz w:val="20"/>
          <w:szCs w:val="20"/>
        </w:rPr>
        <w:t>obligatorio.</w:t>
      </w:r>
      <w:r>
        <w:rPr>
          <w:b/>
          <w:bCs/>
          <w:sz w:val="20"/>
          <w:szCs w:val="20"/>
        </w:rPr>
        <w:t xml:space="preserve"> Se puede adquirir en la institución.</w:t>
      </w:r>
    </w:p>
    <w:p w14:paraId="10CC0D86" w14:textId="77777777" w:rsidR="00E01930" w:rsidRPr="00E01930" w:rsidRDefault="00E01930" w:rsidP="00E0193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9147E80" w14:textId="77777777" w:rsidR="00E01930" w:rsidRPr="00E01930" w:rsidRDefault="00E01930" w:rsidP="00E0193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MATRICULA $................................. SEGURO ESCOLAR $.................................. </w:t>
      </w:r>
    </w:p>
    <w:p w14:paraId="4C569CFB" w14:textId="0245E02D" w:rsidR="00E01930" w:rsidRPr="00E01930" w:rsidRDefault="00E01930" w:rsidP="00E01930">
      <w:pPr>
        <w:rPr>
          <w:sz w:val="20"/>
          <w:szCs w:val="20"/>
        </w:rPr>
      </w:pPr>
      <w:r w:rsidRPr="00E01930">
        <w:rPr>
          <w:b/>
          <w:bCs/>
          <w:sz w:val="20"/>
          <w:szCs w:val="20"/>
        </w:rPr>
        <w:t xml:space="preserve">                                CUOTA 20_____$......................................</w:t>
      </w:r>
    </w:p>
    <w:sectPr w:rsidR="00E01930" w:rsidRPr="00E01930" w:rsidSect="00E01930">
      <w:headerReference w:type="default" r:id="rId8"/>
      <w:pgSz w:w="16838" w:h="11906" w:orient="landscape" w:code="9"/>
      <w:pgMar w:top="142" w:right="720" w:bottom="142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66DB" w14:textId="77777777" w:rsidR="00A32E5F" w:rsidRDefault="00A32E5F" w:rsidP="00B1045C">
      <w:pPr>
        <w:spacing w:after="0" w:line="240" w:lineRule="auto"/>
      </w:pPr>
      <w:r>
        <w:separator/>
      </w:r>
    </w:p>
  </w:endnote>
  <w:endnote w:type="continuationSeparator" w:id="0">
    <w:p w14:paraId="2368CC06" w14:textId="77777777" w:rsidR="00A32E5F" w:rsidRDefault="00A32E5F" w:rsidP="00B10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E47DD" w14:textId="77777777" w:rsidR="00A32E5F" w:rsidRDefault="00A32E5F" w:rsidP="00B1045C">
      <w:pPr>
        <w:spacing w:after="0" w:line="240" w:lineRule="auto"/>
      </w:pPr>
      <w:r>
        <w:separator/>
      </w:r>
    </w:p>
  </w:footnote>
  <w:footnote w:type="continuationSeparator" w:id="0">
    <w:p w14:paraId="012BFD0A" w14:textId="77777777" w:rsidR="00A32E5F" w:rsidRDefault="00A32E5F" w:rsidP="00B10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804F7" w14:textId="5B0E2848" w:rsidR="00DB39FA" w:rsidRPr="00B1045C" w:rsidRDefault="00E01930" w:rsidP="00DB39FA">
    <w:pPr>
      <w:pStyle w:val="Encabezado"/>
      <w:rPr>
        <w:b/>
        <w:bCs/>
        <w:sz w:val="28"/>
        <w:szCs w:val="28"/>
      </w:rPr>
    </w:pPr>
    <w:r w:rsidRPr="00B1045C">
      <w:rPr>
        <w:b/>
        <w:bCs/>
        <w:noProof/>
        <w:sz w:val="28"/>
        <w:szCs w:val="28"/>
        <w:lang w:val="en-US"/>
      </w:rPr>
      <w:drawing>
        <wp:anchor distT="0" distB="0" distL="114300" distR="114300" simplePos="0" relativeHeight="251661312" behindDoc="0" locked="0" layoutInCell="1" allowOverlap="1" wp14:anchorId="39957A21" wp14:editId="312106C9">
          <wp:simplePos x="0" y="0"/>
          <wp:positionH relativeFrom="leftMargin">
            <wp:posOffset>5762625</wp:posOffset>
          </wp:positionH>
          <wp:positionV relativeFrom="paragraph">
            <wp:posOffset>-334645</wp:posOffset>
          </wp:positionV>
          <wp:extent cx="447675" cy="850866"/>
          <wp:effectExtent l="0" t="0" r="0" b="6985"/>
          <wp:wrapNone/>
          <wp:docPr id="1493748945" name="Imagen 1493748945" descr="C:\Users\Pc\Downloads\isologodorado (3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ownloads\isologodorado (3)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85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045C">
      <w:rPr>
        <w:b/>
        <w:bCs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3E55D497" wp14:editId="3434F4EF">
          <wp:simplePos x="0" y="0"/>
          <wp:positionH relativeFrom="margin">
            <wp:align>left</wp:align>
          </wp:positionH>
          <wp:positionV relativeFrom="paragraph">
            <wp:posOffset>-333375</wp:posOffset>
          </wp:positionV>
          <wp:extent cx="447675" cy="850866"/>
          <wp:effectExtent l="0" t="0" r="0" b="6985"/>
          <wp:wrapNone/>
          <wp:docPr id="37316647" name="Imagen 37316647" descr="C:\Users\Pc\Downloads\isologodorado (3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ownloads\isologodorado (3)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85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39FA">
      <w:rPr>
        <w:b/>
        <w:bCs/>
        <w:sz w:val="28"/>
        <w:szCs w:val="28"/>
      </w:rPr>
      <w:t xml:space="preserve">                 </w:t>
    </w:r>
    <w:r>
      <w:rPr>
        <w:b/>
        <w:bCs/>
        <w:sz w:val="28"/>
        <w:szCs w:val="28"/>
      </w:rPr>
      <w:t xml:space="preserve">   </w:t>
    </w:r>
    <w:r w:rsidR="00DB39FA">
      <w:rPr>
        <w:b/>
        <w:bCs/>
        <w:sz w:val="28"/>
        <w:szCs w:val="28"/>
      </w:rPr>
      <w:t xml:space="preserve">    </w:t>
    </w:r>
    <w:r w:rsidR="00B1045C" w:rsidRPr="00B1045C">
      <w:rPr>
        <w:b/>
        <w:bCs/>
        <w:sz w:val="28"/>
        <w:szCs w:val="28"/>
      </w:rPr>
      <w:t>Colegio Modelo Palpalá</w:t>
    </w:r>
    <w:r w:rsidR="00DB39FA">
      <w:rPr>
        <w:b/>
        <w:bCs/>
        <w:sz w:val="28"/>
        <w:szCs w:val="28"/>
      </w:rPr>
      <w:tab/>
    </w:r>
    <w:r>
      <w:rPr>
        <w:b/>
        <w:bCs/>
        <w:sz w:val="28"/>
        <w:szCs w:val="28"/>
      </w:rPr>
      <w:t xml:space="preserve">                                                                                     </w:t>
    </w:r>
    <w:r w:rsidR="00DB39FA" w:rsidRPr="00B1045C">
      <w:rPr>
        <w:b/>
        <w:bCs/>
        <w:sz w:val="28"/>
        <w:szCs w:val="28"/>
      </w:rPr>
      <w:t>Colegio Modelo Palpalá</w:t>
    </w:r>
  </w:p>
  <w:p w14:paraId="71278852" w14:textId="492C3523" w:rsidR="00E01930" w:rsidRPr="00B1045C" w:rsidRDefault="00DB39FA" w:rsidP="00E01930">
    <w:pPr>
      <w:pStyle w:val="Encabezado"/>
    </w:pPr>
    <w:r>
      <w:t xml:space="preserve">             </w:t>
    </w:r>
    <w:r w:rsidR="00E01930">
      <w:t xml:space="preserve">  </w:t>
    </w:r>
    <w:r>
      <w:t xml:space="preserve">   </w:t>
    </w:r>
    <w:r w:rsidR="00E01930">
      <w:t xml:space="preserve"> </w:t>
    </w:r>
    <w:r w:rsidRPr="00B1045C">
      <w:t xml:space="preserve">Avda. Río de la Plata 354 – </w:t>
    </w:r>
    <w:r>
      <w:t>Cel 3884135599</w:t>
    </w:r>
    <w:r w:rsidR="00E01930">
      <w:t xml:space="preserve">                                                                                         </w:t>
    </w:r>
    <w:r w:rsidR="00E01930" w:rsidRPr="00B1045C">
      <w:t xml:space="preserve">Avda. Río de la Plata 354 – </w:t>
    </w:r>
    <w:r w:rsidR="00E01930">
      <w:t xml:space="preserve">Cel 3884135599                                                          </w:t>
    </w:r>
  </w:p>
  <w:p w14:paraId="352BFBB2" w14:textId="181BE2F2" w:rsidR="00B1045C" w:rsidRDefault="00DB39FA" w:rsidP="00E01930">
    <w:pPr>
      <w:pStyle w:val="Encabezado"/>
      <w:tabs>
        <w:tab w:val="clear" w:pos="4680"/>
        <w:tab w:val="clear" w:pos="9360"/>
        <w:tab w:val="left" w:pos="5820"/>
      </w:tabs>
    </w:pPr>
    <w:r>
      <w:t xml:space="preserve">             </w:t>
    </w:r>
    <w:r w:rsidR="00E01930">
      <w:t xml:space="preserve">  </w:t>
    </w:r>
    <w:r>
      <w:t xml:space="preserve">   </w:t>
    </w:r>
    <w:r w:rsidR="00E01930">
      <w:t xml:space="preserve"> </w:t>
    </w:r>
    <w:r>
      <w:t xml:space="preserve">  </w:t>
    </w:r>
    <w:r w:rsidRPr="00B1045C">
      <w:t xml:space="preserve">Sitio web: www.modelopalpala.edu.ar </w:t>
    </w:r>
    <w:r w:rsidR="00E01930">
      <w:tab/>
      <w:t xml:space="preserve">                                                                           </w:t>
    </w:r>
    <w:r w:rsidR="00E01930" w:rsidRPr="00B1045C">
      <w:t>Sitio web: www.modelopalpala.edu.ar</w:t>
    </w:r>
    <w:r>
      <w:br/>
      <w:t xml:space="preserve">       </w:t>
    </w:r>
    <w:r w:rsidR="00E01930">
      <w:t xml:space="preserve">    </w:t>
    </w:r>
    <w:r>
      <w:t xml:space="preserve"> </w:t>
    </w:r>
    <w:r w:rsidR="00E01930">
      <w:t xml:space="preserve">      </w:t>
    </w:r>
    <w:r w:rsidRPr="00B1045C">
      <w:t xml:space="preserve">E-mail: </w:t>
    </w:r>
    <w:hyperlink r:id="rId3" w:history="1">
      <w:r w:rsidRPr="00AE2E09">
        <w:rPr>
          <w:rStyle w:val="Hipervnculo"/>
        </w:rPr>
        <w:t>secretaria.inipri@modelopalpala.edu.ar</w:t>
      </w:r>
    </w:hyperlink>
    <w:r w:rsidR="00E01930">
      <w:t xml:space="preserve">                                                                                        </w:t>
    </w:r>
    <w:r w:rsidR="00E01930" w:rsidRPr="00B1045C">
      <w:t xml:space="preserve">E-mail: </w:t>
    </w:r>
    <w:hyperlink r:id="rId4" w:history="1">
      <w:r w:rsidR="00E01930" w:rsidRPr="00AE2E09">
        <w:rPr>
          <w:rStyle w:val="Hipervnculo"/>
        </w:rPr>
        <w:t>secretaria.inipri@modelopalpala.edu.ar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FC215CC"/>
    <w:multiLevelType w:val="hybridMultilevel"/>
    <w:tmpl w:val="AEA2179E"/>
    <w:lvl w:ilvl="0" w:tplc="719E52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710E3"/>
    <w:multiLevelType w:val="hybridMultilevel"/>
    <w:tmpl w:val="D0EC7324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13F92"/>
    <w:multiLevelType w:val="hybridMultilevel"/>
    <w:tmpl w:val="AEA2179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050F02"/>
    <w:multiLevelType w:val="hybridMultilevel"/>
    <w:tmpl w:val="DF02FF28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555142">
    <w:abstractNumId w:val="8"/>
  </w:num>
  <w:num w:numId="2" w16cid:durableId="1398550511">
    <w:abstractNumId w:val="6"/>
  </w:num>
  <w:num w:numId="3" w16cid:durableId="96297218">
    <w:abstractNumId w:val="5"/>
  </w:num>
  <w:num w:numId="4" w16cid:durableId="1537694802">
    <w:abstractNumId w:val="4"/>
  </w:num>
  <w:num w:numId="5" w16cid:durableId="1228150859">
    <w:abstractNumId w:val="7"/>
  </w:num>
  <w:num w:numId="6" w16cid:durableId="895817613">
    <w:abstractNumId w:val="3"/>
  </w:num>
  <w:num w:numId="7" w16cid:durableId="913050230">
    <w:abstractNumId w:val="2"/>
  </w:num>
  <w:num w:numId="8" w16cid:durableId="2040350746">
    <w:abstractNumId w:val="1"/>
  </w:num>
  <w:num w:numId="9" w16cid:durableId="1072898225">
    <w:abstractNumId w:val="0"/>
  </w:num>
  <w:num w:numId="10" w16cid:durableId="435566166">
    <w:abstractNumId w:val="9"/>
  </w:num>
  <w:num w:numId="11" w16cid:durableId="1039016441">
    <w:abstractNumId w:val="12"/>
  </w:num>
  <w:num w:numId="12" w16cid:durableId="613827270">
    <w:abstractNumId w:val="10"/>
  </w:num>
  <w:num w:numId="13" w16cid:durableId="3397438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AD2"/>
    <w:rsid w:val="0006063C"/>
    <w:rsid w:val="000C58E9"/>
    <w:rsid w:val="000E38FF"/>
    <w:rsid w:val="000F1350"/>
    <w:rsid w:val="0015074B"/>
    <w:rsid w:val="001966BB"/>
    <w:rsid w:val="001B244C"/>
    <w:rsid w:val="0029639D"/>
    <w:rsid w:val="00326F90"/>
    <w:rsid w:val="00361791"/>
    <w:rsid w:val="00481B66"/>
    <w:rsid w:val="004B61B4"/>
    <w:rsid w:val="005E5D13"/>
    <w:rsid w:val="0064759C"/>
    <w:rsid w:val="00683CA8"/>
    <w:rsid w:val="006A623C"/>
    <w:rsid w:val="006C60AA"/>
    <w:rsid w:val="00723698"/>
    <w:rsid w:val="00854A96"/>
    <w:rsid w:val="00911889"/>
    <w:rsid w:val="00966A00"/>
    <w:rsid w:val="009879DC"/>
    <w:rsid w:val="00A03260"/>
    <w:rsid w:val="00A32E5F"/>
    <w:rsid w:val="00A90A5F"/>
    <w:rsid w:val="00AA1D8D"/>
    <w:rsid w:val="00AB6DB5"/>
    <w:rsid w:val="00B1045C"/>
    <w:rsid w:val="00B47730"/>
    <w:rsid w:val="00B634AA"/>
    <w:rsid w:val="00C71719"/>
    <w:rsid w:val="00CB0664"/>
    <w:rsid w:val="00D00AEA"/>
    <w:rsid w:val="00D030AC"/>
    <w:rsid w:val="00D5134E"/>
    <w:rsid w:val="00D569FD"/>
    <w:rsid w:val="00D618BD"/>
    <w:rsid w:val="00DB39FA"/>
    <w:rsid w:val="00DE73AA"/>
    <w:rsid w:val="00E01930"/>
    <w:rsid w:val="00E228D5"/>
    <w:rsid w:val="00E82D44"/>
    <w:rsid w:val="00EF29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4858B8"/>
  <w14:defaultImageDpi w14:val="300"/>
  <w15:docId w15:val="{7B8EDAA8-0746-4A7E-8A11-0A948C0D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930"/>
    <w:rPr>
      <w:lang w:val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B1045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1045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81B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.inipri@modelopalpala.edu.ar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hyperlink" Target="mailto:secretaria.inipri@modelopalpala.edu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2837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 PC</cp:lastModifiedBy>
  <cp:revision>2</cp:revision>
  <cp:lastPrinted>2026-10-01T12:17:00Z</cp:lastPrinted>
  <dcterms:created xsi:type="dcterms:W3CDTF">2026-10-05T19:20:00Z</dcterms:created>
  <dcterms:modified xsi:type="dcterms:W3CDTF">2026-10-05T19:20:00Z</dcterms:modified>
  <cp:category/>
</cp:coreProperties>
</file>